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25BF5" w14:textId="77777777" w:rsidR="00B449B1" w:rsidRPr="00A4439B" w:rsidRDefault="00000000">
      <w:pPr>
        <w:jc w:val="center"/>
        <w:rPr>
          <w:rFonts w:cs="Arial"/>
          <w:sz w:val="24"/>
          <w:szCs w:val="24"/>
        </w:rPr>
      </w:pPr>
      <w:r w:rsidRPr="00A4439B">
        <w:rPr>
          <w:rFonts w:cs="Arial"/>
          <w:b/>
          <w:sz w:val="24"/>
          <w:szCs w:val="24"/>
        </w:rPr>
        <w:t>FORMULIR PERMOHONAN INFORMASI PUBLIK</w:t>
      </w:r>
    </w:p>
    <w:p w14:paraId="604EBD70" w14:textId="77777777" w:rsidR="00B449B1" w:rsidRPr="00A4439B" w:rsidRDefault="00000000">
      <w:pPr>
        <w:jc w:val="center"/>
        <w:rPr>
          <w:rFonts w:cs="Arial"/>
          <w:sz w:val="24"/>
          <w:szCs w:val="24"/>
        </w:rPr>
      </w:pPr>
      <w:r w:rsidRPr="00A4439B">
        <w:rPr>
          <w:rFonts w:cs="Arial"/>
          <w:b/>
          <w:sz w:val="24"/>
          <w:szCs w:val="24"/>
        </w:rPr>
        <w:t>PEJABAT PENGELOLA INFORMASI DAN DOKUMENTASI (PPID)</w:t>
      </w:r>
      <w:r w:rsidRPr="00A4439B">
        <w:rPr>
          <w:rFonts w:cs="Arial"/>
          <w:b/>
          <w:sz w:val="24"/>
          <w:szCs w:val="24"/>
        </w:rPr>
        <w:br/>
        <w:t>POLRES OGAN ILIR</w:t>
      </w:r>
    </w:p>
    <w:p w14:paraId="47C6600F" w14:textId="77777777" w:rsidR="00B449B1" w:rsidRPr="00A4439B" w:rsidRDefault="00000000">
      <w:pPr>
        <w:rPr>
          <w:rFonts w:cs="Arial"/>
          <w:sz w:val="24"/>
          <w:szCs w:val="24"/>
        </w:rPr>
      </w:pPr>
      <w:r w:rsidRPr="00A4439B">
        <w:rPr>
          <w:rFonts w:cs="Arial"/>
          <w:b/>
          <w:sz w:val="24"/>
          <w:szCs w:val="24"/>
        </w:rPr>
        <w:t xml:space="preserve">Nomor Registrasi Permohonan: </w:t>
      </w:r>
      <w:r w:rsidRPr="00A4439B">
        <w:rPr>
          <w:rFonts w:cs="Arial"/>
          <w:sz w:val="24"/>
          <w:szCs w:val="24"/>
        </w:rPr>
        <w:t>........................................................</w:t>
      </w:r>
    </w:p>
    <w:p w14:paraId="205FE848" w14:textId="77777777" w:rsidR="00B449B1" w:rsidRPr="00A4439B" w:rsidRDefault="00000000">
      <w:pPr>
        <w:rPr>
          <w:rFonts w:cs="Arial"/>
          <w:sz w:val="24"/>
          <w:szCs w:val="24"/>
        </w:rPr>
      </w:pPr>
      <w:r w:rsidRPr="00A4439B">
        <w:rPr>
          <w:rFonts w:cs="Arial"/>
          <w:b/>
          <w:sz w:val="24"/>
          <w:szCs w:val="24"/>
        </w:rPr>
        <w:t xml:space="preserve">Tanggal Permohonan: </w:t>
      </w:r>
      <w:r w:rsidRPr="00A4439B">
        <w:rPr>
          <w:rFonts w:cs="Arial"/>
          <w:sz w:val="24"/>
          <w:szCs w:val="24"/>
        </w:rPr>
        <w:t>Hari ................., tanggal ......... bulan .................... tahun ............</w:t>
      </w:r>
    </w:p>
    <w:p w14:paraId="1A5EDAEA" w14:textId="77777777" w:rsidR="00B449B1" w:rsidRPr="00A4439B" w:rsidRDefault="00000000">
      <w:pPr>
        <w:spacing w:before="120" w:after="60"/>
        <w:rPr>
          <w:rFonts w:cs="Arial"/>
          <w:sz w:val="24"/>
          <w:szCs w:val="24"/>
        </w:rPr>
      </w:pPr>
      <w:r w:rsidRPr="00A4439B">
        <w:rPr>
          <w:rFonts w:cs="Arial"/>
          <w:b/>
          <w:sz w:val="24"/>
          <w:szCs w:val="24"/>
        </w:rPr>
        <w:t>I. IDENTITAS PEMOHON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7151"/>
      </w:tblGrid>
      <w:tr w:rsidR="00B449B1" w:rsidRPr="00A4439B" w14:paraId="099CA15A" w14:textId="77777777">
        <w:trPr>
          <w:jc w:val="center"/>
        </w:trPr>
        <w:tc>
          <w:tcPr>
            <w:tcW w:w="2835" w:type="dxa"/>
            <w:vAlign w:val="center"/>
          </w:tcPr>
          <w:p w14:paraId="440104CC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Nama lengkap / badan publik</w:t>
            </w:r>
          </w:p>
        </w:tc>
        <w:tc>
          <w:tcPr>
            <w:tcW w:w="6236" w:type="dxa"/>
            <w:vAlign w:val="center"/>
          </w:tcPr>
          <w:p w14:paraId="7621CC04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........................................................................................................</w:t>
            </w:r>
          </w:p>
        </w:tc>
      </w:tr>
      <w:tr w:rsidR="00B449B1" w:rsidRPr="00A4439B" w14:paraId="0FD720EF" w14:textId="77777777">
        <w:trPr>
          <w:jc w:val="center"/>
        </w:trPr>
        <w:tc>
          <w:tcPr>
            <w:tcW w:w="2835" w:type="dxa"/>
            <w:vAlign w:val="center"/>
          </w:tcPr>
          <w:p w14:paraId="58E6C2C0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Nomor identitas (KTP/Kartu identitas)</w:t>
            </w:r>
          </w:p>
        </w:tc>
        <w:tc>
          <w:tcPr>
            <w:tcW w:w="6236" w:type="dxa"/>
            <w:vAlign w:val="center"/>
          </w:tcPr>
          <w:p w14:paraId="27CA1D6A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........................................................................................................</w:t>
            </w:r>
          </w:p>
        </w:tc>
      </w:tr>
      <w:tr w:rsidR="00B449B1" w:rsidRPr="00A4439B" w14:paraId="6509DBCB" w14:textId="77777777">
        <w:trPr>
          <w:jc w:val="center"/>
        </w:trPr>
        <w:tc>
          <w:tcPr>
            <w:tcW w:w="2835" w:type="dxa"/>
            <w:vAlign w:val="center"/>
          </w:tcPr>
          <w:p w14:paraId="4B1737DB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Alamat</w:t>
            </w:r>
          </w:p>
        </w:tc>
        <w:tc>
          <w:tcPr>
            <w:tcW w:w="6236" w:type="dxa"/>
            <w:vAlign w:val="center"/>
          </w:tcPr>
          <w:p w14:paraId="54C6ADE4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........................................................................................................</w:t>
            </w:r>
            <w:r w:rsidRPr="00A4439B">
              <w:rPr>
                <w:rFonts w:cs="Arial"/>
                <w:sz w:val="24"/>
                <w:szCs w:val="24"/>
              </w:rPr>
              <w:br/>
              <w:t>........................................................................................................</w:t>
            </w:r>
          </w:p>
        </w:tc>
      </w:tr>
      <w:tr w:rsidR="00B449B1" w:rsidRPr="00A4439B" w14:paraId="6A0952DE" w14:textId="77777777">
        <w:trPr>
          <w:jc w:val="center"/>
        </w:trPr>
        <w:tc>
          <w:tcPr>
            <w:tcW w:w="2835" w:type="dxa"/>
            <w:vAlign w:val="center"/>
          </w:tcPr>
          <w:p w14:paraId="4641DE07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Nomor telepon / WhatsApp</w:t>
            </w:r>
          </w:p>
        </w:tc>
        <w:tc>
          <w:tcPr>
            <w:tcW w:w="6236" w:type="dxa"/>
            <w:vAlign w:val="center"/>
          </w:tcPr>
          <w:p w14:paraId="67EF7FDE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........................................................................................................</w:t>
            </w:r>
          </w:p>
        </w:tc>
      </w:tr>
      <w:tr w:rsidR="00B449B1" w:rsidRPr="00A4439B" w14:paraId="76B4DA15" w14:textId="77777777">
        <w:trPr>
          <w:jc w:val="center"/>
        </w:trPr>
        <w:tc>
          <w:tcPr>
            <w:tcW w:w="2835" w:type="dxa"/>
            <w:vAlign w:val="center"/>
          </w:tcPr>
          <w:p w14:paraId="02BD0C15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Alamat email (jika ada)</w:t>
            </w:r>
          </w:p>
        </w:tc>
        <w:tc>
          <w:tcPr>
            <w:tcW w:w="6236" w:type="dxa"/>
            <w:vAlign w:val="center"/>
          </w:tcPr>
          <w:p w14:paraId="298537A7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........................................................................................................</w:t>
            </w:r>
          </w:p>
        </w:tc>
      </w:tr>
      <w:tr w:rsidR="00B449B1" w:rsidRPr="00A4439B" w14:paraId="7725DD75" w14:textId="77777777">
        <w:trPr>
          <w:jc w:val="center"/>
        </w:trPr>
        <w:tc>
          <w:tcPr>
            <w:tcW w:w="2835" w:type="dxa"/>
            <w:vAlign w:val="center"/>
          </w:tcPr>
          <w:p w14:paraId="131F555D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Pekerjaan / nama badan hukum (jika ada)</w:t>
            </w:r>
          </w:p>
        </w:tc>
        <w:tc>
          <w:tcPr>
            <w:tcW w:w="6236" w:type="dxa"/>
            <w:vAlign w:val="center"/>
          </w:tcPr>
          <w:p w14:paraId="341A7C78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........................................................................................................</w:t>
            </w:r>
          </w:p>
        </w:tc>
      </w:tr>
    </w:tbl>
    <w:p w14:paraId="02ADD7DB" w14:textId="77777777" w:rsidR="00B449B1" w:rsidRPr="00A4439B" w:rsidRDefault="00000000">
      <w:pPr>
        <w:spacing w:before="120" w:after="60"/>
        <w:rPr>
          <w:rFonts w:cs="Arial"/>
          <w:sz w:val="24"/>
          <w:szCs w:val="24"/>
        </w:rPr>
      </w:pPr>
      <w:r w:rsidRPr="00A4439B">
        <w:rPr>
          <w:rFonts w:cs="Arial"/>
          <w:b/>
          <w:sz w:val="24"/>
          <w:szCs w:val="24"/>
        </w:rPr>
        <w:t>II. RINCIAN INFORMASI YANG DIMOHON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7151"/>
      </w:tblGrid>
      <w:tr w:rsidR="00B449B1" w:rsidRPr="00A4439B" w14:paraId="004EEDA9" w14:textId="77777777">
        <w:trPr>
          <w:jc w:val="center"/>
        </w:trPr>
        <w:tc>
          <w:tcPr>
            <w:tcW w:w="2835" w:type="dxa"/>
            <w:vAlign w:val="center"/>
          </w:tcPr>
          <w:p w14:paraId="623E93E5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Informasi/dokumen yang diminta</w:t>
            </w:r>
          </w:p>
        </w:tc>
        <w:tc>
          <w:tcPr>
            <w:tcW w:w="6236" w:type="dxa"/>
            <w:vAlign w:val="center"/>
          </w:tcPr>
          <w:p w14:paraId="15BC9FE6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br/>
            </w:r>
            <w:r w:rsidRPr="00A4439B">
              <w:rPr>
                <w:rFonts w:cs="Arial"/>
                <w:sz w:val="24"/>
                <w:szCs w:val="24"/>
              </w:rPr>
              <w:br/>
              <w:t>........................................................................................................</w:t>
            </w:r>
            <w:r w:rsidRPr="00A4439B">
              <w:rPr>
                <w:rFonts w:cs="Arial"/>
                <w:sz w:val="24"/>
                <w:szCs w:val="24"/>
              </w:rPr>
              <w:br/>
              <w:t>........................................................................................................</w:t>
            </w:r>
            <w:r w:rsidRPr="00A4439B">
              <w:rPr>
                <w:rFonts w:cs="Arial"/>
                <w:sz w:val="24"/>
                <w:szCs w:val="24"/>
              </w:rPr>
              <w:br/>
              <w:t>........................................................................................................</w:t>
            </w:r>
          </w:p>
        </w:tc>
      </w:tr>
      <w:tr w:rsidR="00B449B1" w:rsidRPr="00A4439B" w14:paraId="01C89F22" w14:textId="77777777">
        <w:trPr>
          <w:jc w:val="center"/>
        </w:trPr>
        <w:tc>
          <w:tcPr>
            <w:tcW w:w="2835" w:type="dxa"/>
            <w:vAlign w:val="center"/>
          </w:tcPr>
          <w:p w14:paraId="6F001B39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Tujuan penggunaan informasi</w:t>
            </w:r>
          </w:p>
        </w:tc>
        <w:tc>
          <w:tcPr>
            <w:tcW w:w="6236" w:type="dxa"/>
            <w:vAlign w:val="center"/>
          </w:tcPr>
          <w:p w14:paraId="722147B3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br/>
            </w:r>
            <w:r w:rsidRPr="00A4439B">
              <w:rPr>
                <w:rFonts w:cs="Arial"/>
                <w:sz w:val="24"/>
                <w:szCs w:val="24"/>
              </w:rPr>
              <w:br/>
              <w:t>........................................................................................................</w:t>
            </w:r>
            <w:r w:rsidRPr="00A4439B">
              <w:rPr>
                <w:rFonts w:cs="Arial"/>
                <w:sz w:val="24"/>
                <w:szCs w:val="24"/>
              </w:rPr>
              <w:br/>
              <w:t>........................................................................................................</w:t>
            </w:r>
          </w:p>
        </w:tc>
      </w:tr>
      <w:tr w:rsidR="00B449B1" w:rsidRPr="00A4439B" w14:paraId="5F31AE12" w14:textId="77777777">
        <w:trPr>
          <w:jc w:val="center"/>
        </w:trPr>
        <w:tc>
          <w:tcPr>
            <w:tcW w:w="2835" w:type="dxa"/>
            <w:vAlign w:val="center"/>
          </w:tcPr>
          <w:p w14:paraId="088D8DA2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Periode / rentang waktu informasi</w:t>
            </w:r>
          </w:p>
        </w:tc>
        <w:tc>
          <w:tcPr>
            <w:tcW w:w="6236" w:type="dxa"/>
            <w:vAlign w:val="center"/>
          </w:tcPr>
          <w:p w14:paraId="397F2EC2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........................................................................................................</w:t>
            </w:r>
          </w:p>
        </w:tc>
      </w:tr>
      <w:tr w:rsidR="00B449B1" w:rsidRPr="00A4439B" w14:paraId="19C0ED49" w14:textId="77777777">
        <w:trPr>
          <w:jc w:val="center"/>
        </w:trPr>
        <w:tc>
          <w:tcPr>
            <w:tcW w:w="2835" w:type="dxa"/>
            <w:vAlign w:val="center"/>
          </w:tcPr>
          <w:p w14:paraId="0FEFBEC9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Unit kerja yang diperkirakan menguasai informasi (jika diketahui)</w:t>
            </w:r>
          </w:p>
        </w:tc>
        <w:tc>
          <w:tcPr>
            <w:tcW w:w="6236" w:type="dxa"/>
            <w:vAlign w:val="center"/>
          </w:tcPr>
          <w:p w14:paraId="7B76DB1D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........................................................................................................</w:t>
            </w:r>
          </w:p>
        </w:tc>
      </w:tr>
    </w:tbl>
    <w:p w14:paraId="195BC5D7" w14:textId="77777777" w:rsidR="00B449B1" w:rsidRPr="00A4439B" w:rsidRDefault="00000000">
      <w:pPr>
        <w:spacing w:before="120" w:after="60"/>
        <w:rPr>
          <w:rFonts w:cs="Arial"/>
          <w:sz w:val="24"/>
          <w:szCs w:val="24"/>
        </w:rPr>
      </w:pPr>
      <w:r w:rsidRPr="00A4439B">
        <w:rPr>
          <w:rFonts w:cs="Arial"/>
          <w:b/>
          <w:sz w:val="24"/>
          <w:szCs w:val="24"/>
        </w:rPr>
        <w:t>III. CARA MEMPEROLEH DAN BENTUK INFORMASI</w:t>
      </w:r>
    </w:p>
    <w:p w14:paraId="70C1850C" w14:textId="77777777" w:rsidR="00B449B1" w:rsidRPr="00A4439B" w:rsidRDefault="00000000">
      <w:pPr>
        <w:rPr>
          <w:rFonts w:cs="Arial"/>
          <w:sz w:val="24"/>
          <w:szCs w:val="24"/>
        </w:rPr>
      </w:pPr>
      <w:r w:rsidRPr="00A4439B">
        <w:rPr>
          <w:rFonts w:cs="Arial"/>
          <w:sz w:val="24"/>
          <w:szCs w:val="24"/>
        </w:rPr>
        <w:t>Cara memperoleh informasi (beri tanda centang):</w:t>
      </w:r>
    </w:p>
    <w:p w14:paraId="4B1A0330" w14:textId="77777777" w:rsidR="00B449B1" w:rsidRPr="00A4439B" w:rsidRDefault="00000000">
      <w:pPr>
        <w:rPr>
          <w:rFonts w:cs="Arial"/>
          <w:sz w:val="24"/>
          <w:szCs w:val="24"/>
        </w:rPr>
      </w:pPr>
      <w:r w:rsidRPr="00A4439B">
        <w:rPr>
          <w:rFonts w:ascii="Segoe UI Symbol" w:hAnsi="Segoe UI Symbol" w:cs="Segoe UI Symbol"/>
          <w:sz w:val="24"/>
          <w:szCs w:val="24"/>
        </w:rPr>
        <w:t>☐</w:t>
      </w:r>
      <w:r w:rsidRPr="00A4439B">
        <w:rPr>
          <w:rFonts w:cs="Arial"/>
          <w:sz w:val="24"/>
          <w:szCs w:val="24"/>
        </w:rPr>
        <w:t xml:space="preserve"> Melihat/membaca langsung     </w:t>
      </w:r>
      <w:r w:rsidRPr="00A4439B">
        <w:rPr>
          <w:rFonts w:ascii="Segoe UI Symbol" w:hAnsi="Segoe UI Symbol" w:cs="Segoe UI Symbol"/>
          <w:sz w:val="24"/>
          <w:szCs w:val="24"/>
        </w:rPr>
        <w:t>☐</w:t>
      </w:r>
      <w:r w:rsidRPr="00A4439B">
        <w:rPr>
          <w:rFonts w:cs="Arial"/>
          <w:sz w:val="24"/>
          <w:szCs w:val="24"/>
        </w:rPr>
        <w:t xml:space="preserve"> Mendapatkan salinan     </w:t>
      </w:r>
      <w:r w:rsidRPr="00A4439B">
        <w:rPr>
          <w:rFonts w:ascii="Segoe UI Symbol" w:hAnsi="Segoe UI Symbol" w:cs="Segoe UI Symbol"/>
          <w:sz w:val="24"/>
          <w:szCs w:val="24"/>
        </w:rPr>
        <w:t>☐</w:t>
      </w:r>
      <w:r w:rsidRPr="00A4439B">
        <w:rPr>
          <w:rFonts w:cs="Arial"/>
          <w:sz w:val="24"/>
          <w:szCs w:val="24"/>
        </w:rPr>
        <w:t xml:space="preserve"> Mendengarkan     </w:t>
      </w:r>
      <w:r w:rsidRPr="00A4439B">
        <w:rPr>
          <w:rFonts w:ascii="Segoe UI Symbol" w:hAnsi="Segoe UI Symbol" w:cs="Segoe UI Symbol"/>
          <w:sz w:val="24"/>
          <w:szCs w:val="24"/>
        </w:rPr>
        <w:t>☐</w:t>
      </w:r>
      <w:r w:rsidRPr="00A4439B">
        <w:rPr>
          <w:rFonts w:cs="Arial"/>
          <w:sz w:val="24"/>
          <w:szCs w:val="24"/>
        </w:rPr>
        <w:t xml:space="preserve"> Lainnya: ........................</w:t>
      </w:r>
    </w:p>
    <w:p w14:paraId="3FF91C95" w14:textId="77777777" w:rsidR="00B449B1" w:rsidRPr="00A4439B" w:rsidRDefault="00000000">
      <w:pPr>
        <w:rPr>
          <w:rFonts w:cs="Arial"/>
          <w:sz w:val="24"/>
          <w:szCs w:val="24"/>
        </w:rPr>
      </w:pPr>
      <w:r w:rsidRPr="00A4439B">
        <w:rPr>
          <w:rFonts w:cs="Arial"/>
          <w:sz w:val="24"/>
          <w:szCs w:val="24"/>
        </w:rPr>
        <w:lastRenderedPageBreak/>
        <w:t>Bentuk salinan yang diinginkan (beri tanda centang):</w:t>
      </w:r>
    </w:p>
    <w:p w14:paraId="52CA594B" w14:textId="77777777" w:rsidR="00B449B1" w:rsidRPr="00A4439B" w:rsidRDefault="00000000">
      <w:pPr>
        <w:rPr>
          <w:rFonts w:cs="Arial"/>
          <w:sz w:val="24"/>
          <w:szCs w:val="24"/>
        </w:rPr>
      </w:pPr>
      <w:r w:rsidRPr="00A4439B">
        <w:rPr>
          <w:rFonts w:ascii="Segoe UI Symbol" w:hAnsi="Segoe UI Symbol" w:cs="Segoe UI Symbol"/>
          <w:sz w:val="24"/>
          <w:szCs w:val="24"/>
        </w:rPr>
        <w:t>☐</w:t>
      </w:r>
      <w:r w:rsidRPr="00A4439B">
        <w:rPr>
          <w:rFonts w:cs="Arial"/>
          <w:sz w:val="24"/>
          <w:szCs w:val="24"/>
        </w:rPr>
        <w:t xml:space="preserve"> Cetak/fotokopi     </w:t>
      </w:r>
      <w:r w:rsidRPr="00A4439B">
        <w:rPr>
          <w:rFonts w:ascii="Segoe UI Symbol" w:hAnsi="Segoe UI Symbol" w:cs="Segoe UI Symbol"/>
          <w:sz w:val="24"/>
          <w:szCs w:val="24"/>
        </w:rPr>
        <w:t>☐</w:t>
      </w:r>
      <w:r w:rsidRPr="00A4439B">
        <w:rPr>
          <w:rFonts w:cs="Arial"/>
          <w:sz w:val="24"/>
          <w:szCs w:val="24"/>
        </w:rPr>
        <w:t xml:space="preserve"> File elektronik (email/media </w:t>
      </w:r>
      <w:proofErr w:type="gramStart"/>
      <w:r w:rsidRPr="00A4439B">
        <w:rPr>
          <w:rFonts w:cs="Arial"/>
          <w:sz w:val="24"/>
          <w:szCs w:val="24"/>
        </w:rPr>
        <w:t xml:space="preserve">penyimpanan)   </w:t>
      </w:r>
      <w:proofErr w:type="gramEnd"/>
      <w:r w:rsidRPr="00A4439B">
        <w:rPr>
          <w:rFonts w:cs="Arial"/>
          <w:sz w:val="24"/>
          <w:szCs w:val="24"/>
        </w:rPr>
        <w:t xml:space="preserve">  </w:t>
      </w:r>
      <w:r w:rsidRPr="00A4439B">
        <w:rPr>
          <w:rFonts w:ascii="Segoe UI Symbol" w:hAnsi="Segoe UI Symbol" w:cs="Segoe UI Symbol"/>
          <w:sz w:val="24"/>
          <w:szCs w:val="24"/>
        </w:rPr>
        <w:t>☐</w:t>
      </w:r>
      <w:r w:rsidRPr="00A4439B">
        <w:rPr>
          <w:rFonts w:cs="Arial"/>
          <w:sz w:val="24"/>
          <w:szCs w:val="24"/>
        </w:rPr>
        <w:t xml:space="preserve"> Lainnya: ........................</w:t>
      </w:r>
    </w:p>
    <w:p w14:paraId="37D071EE" w14:textId="77777777" w:rsidR="00B449B1" w:rsidRPr="00A4439B" w:rsidRDefault="00000000">
      <w:pPr>
        <w:rPr>
          <w:rFonts w:cs="Arial"/>
          <w:sz w:val="24"/>
          <w:szCs w:val="24"/>
        </w:rPr>
      </w:pPr>
      <w:r w:rsidRPr="00A4439B">
        <w:rPr>
          <w:rFonts w:cs="Arial"/>
          <w:sz w:val="24"/>
          <w:szCs w:val="24"/>
        </w:rPr>
        <w:t>Cara penyerahan salinan (jika disetujui):</w:t>
      </w:r>
    </w:p>
    <w:p w14:paraId="52AF8F93" w14:textId="77777777" w:rsidR="00B449B1" w:rsidRPr="00A4439B" w:rsidRDefault="00000000">
      <w:pPr>
        <w:rPr>
          <w:rFonts w:cs="Arial"/>
          <w:sz w:val="24"/>
          <w:szCs w:val="24"/>
        </w:rPr>
      </w:pPr>
      <w:r w:rsidRPr="00A4439B">
        <w:rPr>
          <w:rFonts w:ascii="Segoe UI Symbol" w:hAnsi="Segoe UI Symbol" w:cs="Segoe UI Symbol"/>
          <w:sz w:val="24"/>
          <w:szCs w:val="24"/>
        </w:rPr>
        <w:t>☐</w:t>
      </w:r>
      <w:r w:rsidRPr="00A4439B">
        <w:rPr>
          <w:rFonts w:cs="Arial"/>
          <w:sz w:val="24"/>
          <w:szCs w:val="24"/>
        </w:rPr>
        <w:t xml:space="preserve"> Diambil langsung     </w:t>
      </w:r>
      <w:r w:rsidRPr="00A4439B">
        <w:rPr>
          <w:rFonts w:ascii="Segoe UI Symbol" w:hAnsi="Segoe UI Symbol" w:cs="Segoe UI Symbol"/>
          <w:sz w:val="24"/>
          <w:szCs w:val="24"/>
        </w:rPr>
        <w:t>☐</w:t>
      </w:r>
      <w:r w:rsidRPr="00A4439B">
        <w:rPr>
          <w:rFonts w:cs="Arial"/>
          <w:sz w:val="24"/>
          <w:szCs w:val="24"/>
        </w:rPr>
        <w:t xml:space="preserve"> Dikirim melalui email     </w:t>
      </w:r>
      <w:r w:rsidRPr="00A4439B">
        <w:rPr>
          <w:rFonts w:ascii="Segoe UI Symbol" w:hAnsi="Segoe UI Symbol" w:cs="Segoe UI Symbol"/>
          <w:sz w:val="24"/>
          <w:szCs w:val="24"/>
        </w:rPr>
        <w:t>☐</w:t>
      </w:r>
      <w:r w:rsidRPr="00A4439B">
        <w:rPr>
          <w:rFonts w:cs="Arial"/>
          <w:sz w:val="24"/>
          <w:szCs w:val="24"/>
        </w:rPr>
        <w:t xml:space="preserve"> Dikirim ke alamat pemohon</w:t>
      </w:r>
    </w:p>
    <w:p w14:paraId="3423EB9F" w14:textId="77777777" w:rsidR="00B449B1" w:rsidRPr="00A4439B" w:rsidRDefault="00000000">
      <w:pPr>
        <w:spacing w:before="120" w:after="60"/>
        <w:rPr>
          <w:rFonts w:cs="Arial"/>
          <w:sz w:val="24"/>
          <w:szCs w:val="24"/>
        </w:rPr>
      </w:pPr>
      <w:r w:rsidRPr="00A4439B">
        <w:rPr>
          <w:rFonts w:cs="Arial"/>
          <w:b/>
          <w:sz w:val="24"/>
          <w:szCs w:val="24"/>
        </w:rPr>
        <w:t>IV. KELENGKAPAN DOKUMEN</w:t>
      </w:r>
    </w:p>
    <w:p w14:paraId="6112F7D8" w14:textId="77777777" w:rsidR="00B449B1" w:rsidRPr="00A4439B" w:rsidRDefault="00000000">
      <w:pPr>
        <w:rPr>
          <w:rFonts w:cs="Arial"/>
          <w:sz w:val="24"/>
          <w:szCs w:val="24"/>
        </w:rPr>
      </w:pPr>
      <w:r w:rsidRPr="00A4439B">
        <w:rPr>
          <w:rFonts w:ascii="Segoe UI Symbol" w:hAnsi="Segoe UI Symbol" w:cs="Segoe UI Symbol"/>
          <w:sz w:val="24"/>
          <w:szCs w:val="24"/>
        </w:rPr>
        <w:t>☐</w:t>
      </w:r>
      <w:r w:rsidRPr="00A4439B">
        <w:rPr>
          <w:rFonts w:cs="Arial"/>
          <w:sz w:val="24"/>
          <w:szCs w:val="24"/>
        </w:rPr>
        <w:t xml:space="preserve"> Salinan identitas pemohon dilampirkan</w:t>
      </w:r>
    </w:p>
    <w:p w14:paraId="2FBB0571" w14:textId="77777777" w:rsidR="00B449B1" w:rsidRPr="00A4439B" w:rsidRDefault="00000000">
      <w:pPr>
        <w:rPr>
          <w:rFonts w:cs="Arial"/>
          <w:sz w:val="24"/>
          <w:szCs w:val="24"/>
        </w:rPr>
      </w:pPr>
      <w:r w:rsidRPr="00A4439B">
        <w:rPr>
          <w:rFonts w:ascii="Segoe UI Symbol" w:hAnsi="Segoe UI Symbol" w:cs="Segoe UI Symbol"/>
          <w:sz w:val="24"/>
          <w:szCs w:val="24"/>
        </w:rPr>
        <w:t>☐</w:t>
      </w:r>
      <w:r w:rsidRPr="00A4439B">
        <w:rPr>
          <w:rFonts w:cs="Arial"/>
          <w:sz w:val="24"/>
          <w:szCs w:val="24"/>
        </w:rPr>
        <w:t xml:space="preserve"> Surat kuasa (jika dikuasakan)</w:t>
      </w:r>
    </w:p>
    <w:p w14:paraId="34CC9013" w14:textId="77777777" w:rsidR="00B449B1" w:rsidRPr="00A4439B" w:rsidRDefault="00000000">
      <w:pPr>
        <w:rPr>
          <w:rFonts w:cs="Arial"/>
          <w:sz w:val="24"/>
          <w:szCs w:val="24"/>
        </w:rPr>
      </w:pPr>
      <w:r w:rsidRPr="00A4439B">
        <w:rPr>
          <w:rFonts w:ascii="Segoe UI Symbol" w:hAnsi="Segoe UI Symbol" w:cs="Segoe UI Symbol"/>
          <w:sz w:val="24"/>
          <w:szCs w:val="24"/>
        </w:rPr>
        <w:t>☐</w:t>
      </w:r>
      <w:r w:rsidRPr="00A4439B">
        <w:rPr>
          <w:rFonts w:cs="Arial"/>
          <w:sz w:val="24"/>
          <w:szCs w:val="24"/>
        </w:rPr>
        <w:t xml:space="preserve"> Dokumen pendukung lainnya: ........................................................................................</w:t>
      </w:r>
    </w:p>
    <w:p w14:paraId="26C00272" w14:textId="77777777" w:rsidR="00B449B1" w:rsidRPr="00A4439B" w:rsidRDefault="00000000">
      <w:pPr>
        <w:rPr>
          <w:rFonts w:cs="Arial"/>
          <w:sz w:val="24"/>
          <w:szCs w:val="24"/>
        </w:rPr>
      </w:pPr>
      <w:r w:rsidRPr="00A4439B">
        <w:rPr>
          <w:rFonts w:cs="Arial"/>
          <w:sz w:val="24"/>
          <w:szCs w:val="24"/>
        </w:rPr>
        <w:t>Catatan petugas: ................................................................................................................</w:t>
      </w:r>
    </w:p>
    <w:p w14:paraId="2F2A8537" w14:textId="77777777" w:rsidR="00B449B1" w:rsidRPr="00A4439B" w:rsidRDefault="00000000">
      <w:pPr>
        <w:rPr>
          <w:rFonts w:cs="Arial"/>
          <w:sz w:val="24"/>
          <w:szCs w:val="24"/>
        </w:rPr>
      </w:pPr>
      <w:r w:rsidRPr="00A4439B">
        <w:rPr>
          <w:rFonts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0D45527F" w14:textId="77777777" w:rsidR="00B449B1" w:rsidRPr="00A4439B" w:rsidRDefault="00000000">
      <w:pPr>
        <w:spacing w:before="160"/>
        <w:rPr>
          <w:rFonts w:cs="Arial"/>
          <w:sz w:val="24"/>
          <w:szCs w:val="24"/>
        </w:rPr>
      </w:pPr>
      <w:r w:rsidRPr="00A4439B">
        <w:rPr>
          <w:rFonts w:cs="Arial"/>
          <w:b/>
          <w:sz w:val="24"/>
          <w:szCs w:val="24"/>
        </w:rPr>
        <w:t xml:space="preserve">Pernyataan Pemohon: </w:t>
      </w:r>
      <w:r w:rsidRPr="00A4439B">
        <w:rPr>
          <w:rFonts w:cs="Arial"/>
          <w:sz w:val="24"/>
          <w:szCs w:val="24"/>
        </w:rPr>
        <w:t>Saya menyatakan bahwa data yang disampaikan dalam formulir ini benar dan informasi yang dimohon akan digunakan sesuai ketentuan peraturan perundang-undangan.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B449B1" w:rsidRPr="00A4439B" w14:paraId="38ACFB47" w14:textId="77777777">
        <w:trPr>
          <w:jc w:val="center"/>
        </w:trPr>
        <w:tc>
          <w:tcPr>
            <w:tcW w:w="4535" w:type="dxa"/>
          </w:tcPr>
          <w:p w14:paraId="377A7880" w14:textId="77777777" w:rsidR="00B449B1" w:rsidRPr="00A4439B" w:rsidRDefault="00000000">
            <w:pPr>
              <w:spacing w:after="40"/>
              <w:jc w:val="center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Pemohon,</w:t>
            </w:r>
            <w:r w:rsidRPr="00A4439B">
              <w:rPr>
                <w:rFonts w:cs="Arial"/>
                <w:sz w:val="24"/>
                <w:szCs w:val="24"/>
              </w:rPr>
              <w:br/>
            </w:r>
            <w:r w:rsidRPr="00A4439B">
              <w:rPr>
                <w:rFonts w:cs="Arial"/>
                <w:sz w:val="24"/>
                <w:szCs w:val="24"/>
              </w:rPr>
              <w:br/>
            </w:r>
            <w:r w:rsidRPr="00A4439B">
              <w:rPr>
                <w:rFonts w:cs="Arial"/>
                <w:sz w:val="24"/>
                <w:szCs w:val="24"/>
              </w:rPr>
              <w:br/>
            </w:r>
            <w:r w:rsidRPr="00A4439B">
              <w:rPr>
                <w:rFonts w:cs="Arial"/>
                <w:sz w:val="24"/>
                <w:szCs w:val="24"/>
              </w:rPr>
              <w:br/>
              <w:t>(................................................)</w:t>
            </w:r>
            <w:r w:rsidRPr="00A4439B">
              <w:rPr>
                <w:rFonts w:cs="Arial"/>
                <w:sz w:val="24"/>
                <w:szCs w:val="24"/>
              </w:rPr>
              <w:br/>
              <w:t>Nama jelas</w:t>
            </w:r>
          </w:p>
        </w:tc>
        <w:tc>
          <w:tcPr>
            <w:tcW w:w="4535" w:type="dxa"/>
          </w:tcPr>
          <w:p w14:paraId="706DA056" w14:textId="77777777" w:rsidR="00B449B1" w:rsidRPr="00A4439B" w:rsidRDefault="00000000">
            <w:pPr>
              <w:spacing w:after="40"/>
              <w:jc w:val="center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Petugas PPID Polres Ogan Ilir,</w:t>
            </w:r>
            <w:r w:rsidRPr="00A4439B">
              <w:rPr>
                <w:rFonts w:cs="Arial"/>
                <w:sz w:val="24"/>
                <w:szCs w:val="24"/>
              </w:rPr>
              <w:br/>
            </w:r>
            <w:r w:rsidRPr="00A4439B">
              <w:rPr>
                <w:rFonts w:cs="Arial"/>
                <w:sz w:val="24"/>
                <w:szCs w:val="24"/>
              </w:rPr>
              <w:br/>
            </w:r>
            <w:r w:rsidRPr="00A4439B">
              <w:rPr>
                <w:rFonts w:cs="Arial"/>
                <w:sz w:val="24"/>
                <w:szCs w:val="24"/>
              </w:rPr>
              <w:br/>
            </w:r>
            <w:r w:rsidRPr="00A4439B">
              <w:rPr>
                <w:rFonts w:cs="Arial"/>
                <w:sz w:val="24"/>
                <w:szCs w:val="24"/>
              </w:rPr>
              <w:br/>
              <w:t>(................................................)</w:t>
            </w:r>
            <w:r w:rsidRPr="00A4439B">
              <w:rPr>
                <w:rFonts w:cs="Arial"/>
                <w:sz w:val="24"/>
                <w:szCs w:val="24"/>
              </w:rPr>
              <w:br/>
              <w:t>Nama / pangkat / jabatan</w:t>
            </w:r>
          </w:p>
        </w:tc>
      </w:tr>
    </w:tbl>
    <w:p w14:paraId="5F30AC55" w14:textId="77777777" w:rsidR="00B449B1" w:rsidRPr="00A4439B" w:rsidRDefault="00000000">
      <w:pPr>
        <w:spacing w:before="120" w:after="60"/>
        <w:rPr>
          <w:rFonts w:cs="Arial"/>
          <w:sz w:val="24"/>
          <w:szCs w:val="24"/>
        </w:rPr>
      </w:pPr>
      <w:r w:rsidRPr="00A4439B">
        <w:rPr>
          <w:rFonts w:cs="Arial"/>
          <w:b/>
          <w:sz w:val="24"/>
          <w:szCs w:val="24"/>
        </w:rPr>
        <w:t>V. DIISI OLEH PETUGAS PPID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7151"/>
      </w:tblGrid>
      <w:tr w:rsidR="00B449B1" w:rsidRPr="00A4439B" w14:paraId="0D53E9F5" w14:textId="77777777">
        <w:trPr>
          <w:jc w:val="center"/>
        </w:trPr>
        <w:tc>
          <w:tcPr>
            <w:tcW w:w="2835" w:type="dxa"/>
            <w:vAlign w:val="center"/>
          </w:tcPr>
          <w:p w14:paraId="6950150A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Tanggal penerimaan permohonan</w:t>
            </w:r>
          </w:p>
        </w:tc>
        <w:tc>
          <w:tcPr>
            <w:tcW w:w="6236" w:type="dxa"/>
            <w:vAlign w:val="center"/>
          </w:tcPr>
          <w:p w14:paraId="40440A82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........................................................................................................</w:t>
            </w:r>
          </w:p>
        </w:tc>
      </w:tr>
      <w:tr w:rsidR="00B449B1" w:rsidRPr="00A4439B" w14:paraId="5FAE8372" w14:textId="77777777">
        <w:trPr>
          <w:jc w:val="center"/>
        </w:trPr>
        <w:tc>
          <w:tcPr>
            <w:tcW w:w="2835" w:type="dxa"/>
            <w:vAlign w:val="center"/>
          </w:tcPr>
          <w:p w14:paraId="67430F7A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Nomor registrasi</w:t>
            </w:r>
          </w:p>
        </w:tc>
        <w:tc>
          <w:tcPr>
            <w:tcW w:w="6236" w:type="dxa"/>
            <w:vAlign w:val="center"/>
          </w:tcPr>
          <w:p w14:paraId="12B5B35C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........................................................................................................</w:t>
            </w:r>
          </w:p>
        </w:tc>
      </w:tr>
      <w:tr w:rsidR="00B449B1" w:rsidRPr="00A4439B" w14:paraId="76699DDF" w14:textId="77777777">
        <w:trPr>
          <w:jc w:val="center"/>
        </w:trPr>
        <w:tc>
          <w:tcPr>
            <w:tcW w:w="2835" w:type="dxa"/>
            <w:vAlign w:val="center"/>
          </w:tcPr>
          <w:p w14:paraId="44F5A101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Batas waktu pemberitahuan tertulis</w:t>
            </w:r>
          </w:p>
        </w:tc>
        <w:tc>
          <w:tcPr>
            <w:tcW w:w="6236" w:type="dxa"/>
            <w:vAlign w:val="center"/>
          </w:tcPr>
          <w:p w14:paraId="1E2E6F1E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........................................................................................................</w:t>
            </w:r>
          </w:p>
        </w:tc>
      </w:tr>
      <w:tr w:rsidR="00B449B1" w:rsidRPr="00A4439B" w14:paraId="3B0D28A7" w14:textId="77777777">
        <w:trPr>
          <w:jc w:val="center"/>
        </w:trPr>
        <w:tc>
          <w:tcPr>
            <w:tcW w:w="2835" w:type="dxa"/>
            <w:vAlign w:val="center"/>
          </w:tcPr>
          <w:p w14:paraId="4CDA7B42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Status awal</w:t>
            </w:r>
          </w:p>
        </w:tc>
        <w:tc>
          <w:tcPr>
            <w:tcW w:w="6236" w:type="dxa"/>
            <w:vAlign w:val="center"/>
          </w:tcPr>
          <w:p w14:paraId="74B76791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A4439B">
              <w:rPr>
                <w:rFonts w:cs="Arial"/>
                <w:sz w:val="24"/>
                <w:szCs w:val="24"/>
              </w:rPr>
              <w:t xml:space="preserve"> Lengkap   </w:t>
            </w:r>
            <w:r w:rsidRPr="00A4439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A4439B">
              <w:rPr>
                <w:rFonts w:cs="Arial"/>
                <w:sz w:val="24"/>
                <w:szCs w:val="24"/>
              </w:rPr>
              <w:t xml:space="preserve"> Perlu perbaikan/kelengkapan   </w:t>
            </w:r>
            <w:r w:rsidRPr="00A4439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A4439B">
              <w:rPr>
                <w:rFonts w:cs="Arial"/>
                <w:sz w:val="24"/>
                <w:szCs w:val="24"/>
              </w:rPr>
              <w:t xml:space="preserve"> Diteruskan ke unit terkait</w:t>
            </w:r>
          </w:p>
        </w:tc>
      </w:tr>
      <w:tr w:rsidR="00B449B1" w:rsidRPr="00A4439B" w14:paraId="01815881" w14:textId="77777777">
        <w:trPr>
          <w:jc w:val="center"/>
        </w:trPr>
        <w:tc>
          <w:tcPr>
            <w:tcW w:w="2835" w:type="dxa"/>
            <w:vAlign w:val="center"/>
          </w:tcPr>
          <w:p w14:paraId="02DD55A1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t>Catatan / tindak lanjut</w:t>
            </w:r>
          </w:p>
        </w:tc>
        <w:tc>
          <w:tcPr>
            <w:tcW w:w="6236" w:type="dxa"/>
            <w:vAlign w:val="center"/>
          </w:tcPr>
          <w:p w14:paraId="002AB57E" w14:textId="77777777" w:rsidR="00B449B1" w:rsidRPr="00A4439B" w:rsidRDefault="00000000">
            <w:pPr>
              <w:spacing w:before="40" w:after="40"/>
              <w:rPr>
                <w:rFonts w:cs="Arial"/>
                <w:sz w:val="24"/>
                <w:szCs w:val="24"/>
              </w:rPr>
            </w:pPr>
            <w:r w:rsidRPr="00A4439B">
              <w:rPr>
                <w:rFonts w:cs="Arial"/>
                <w:sz w:val="24"/>
                <w:szCs w:val="24"/>
              </w:rPr>
              <w:br/>
            </w:r>
            <w:r w:rsidRPr="00A4439B">
              <w:rPr>
                <w:rFonts w:cs="Arial"/>
                <w:sz w:val="24"/>
                <w:szCs w:val="24"/>
              </w:rPr>
              <w:br/>
              <w:t>........................................................................................................</w:t>
            </w:r>
            <w:r w:rsidRPr="00A4439B">
              <w:rPr>
                <w:rFonts w:cs="Arial"/>
                <w:sz w:val="24"/>
                <w:szCs w:val="24"/>
              </w:rPr>
              <w:br/>
              <w:t>........................................................................................................</w:t>
            </w:r>
          </w:p>
        </w:tc>
      </w:tr>
    </w:tbl>
    <w:p w14:paraId="5A2CFA0A" w14:textId="77777777" w:rsidR="00B449B1" w:rsidRPr="00A4439B" w:rsidRDefault="00000000">
      <w:pPr>
        <w:spacing w:before="100"/>
        <w:rPr>
          <w:rFonts w:cs="Arial"/>
          <w:sz w:val="24"/>
          <w:szCs w:val="24"/>
        </w:rPr>
      </w:pPr>
      <w:r w:rsidRPr="00A4439B">
        <w:rPr>
          <w:rFonts w:cs="Arial"/>
          <w:b/>
          <w:sz w:val="24"/>
          <w:szCs w:val="24"/>
        </w:rPr>
        <w:lastRenderedPageBreak/>
        <w:t xml:space="preserve">Catatan: </w:t>
      </w:r>
      <w:r w:rsidRPr="00A4439B">
        <w:rPr>
          <w:rFonts w:cs="Arial"/>
          <w:sz w:val="24"/>
          <w:szCs w:val="24"/>
        </w:rPr>
        <w:t>Formulir ini merupakan format administrasi awal. Petugas PPID agar memproses permohonan, memberikan tanda terima, melakukan pencatatan, serta menyampaikan pemberitahuan sesuai ketentuan yang berlaku. Informasi yang dikecualikan diproses sesuai peraturan perundang-undangan.</w:t>
      </w:r>
    </w:p>
    <w:sectPr w:rsidR="00B449B1" w:rsidRPr="00A4439B" w:rsidSect="00034616">
      <w:headerReference w:type="default" r:id="rId8"/>
      <w:footerReference w:type="default" r:id="rId9"/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26626" w14:textId="77777777" w:rsidR="00D8278B" w:rsidRDefault="00D8278B">
      <w:pPr>
        <w:spacing w:after="0" w:line="240" w:lineRule="auto"/>
      </w:pPr>
      <w:r>
        <w:separator/>
      </w:r>
    </w:p>
  </w:endnote>
  <w:endnote w:type="continuationSeparator" w:id="0">
    <w:p w14:paraId="7FFD0B17" w14:textId="77777777" w:rsidR="00D8278B" w:rsidRDefault="00D82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53BB4" w14:textId="77777777" w:rsidR="00B449B1" w:rsidRDefault="00000000">
    <w:pPr>
      <w:pStyle w:val="Footer"/>
      <w:jc w:val="center"/>
    </w:pPr>
    <w:r>
      <w:rPr>
        <w:sz w:val="16"/>
      </w:rPr>
      <w:t>PPID POLRES OGAN ILIR | FORMULIR PERMOHONAN INFORMASI PUBLIK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6C329" w14:textId="77777777" w:rsidR="00D8278B" w:rsidRDefault="00D8278B">
      <w:pPr>
        <w:spacing w:after="0" w:line="240" w:lineRule="auto"/>
      </w:pPr>
      <w:r>
        <w:separator/>
      </w:r>
    </w:p>
  </w:footnote>
  <w:footnote w:type="continuationSeparator" w:id="0">
    <w:p w14:paraId="235D3359" w14:textId="77777777" w:rsidR="00D8278B" w:rsidRDefault="00D82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F24F6" w14:textId="77777777" w:rsidR="004D4FFD" w:rsidRPr="005D60D5" w:rsidRDefault="004D4FFD" w:rsidP="004D4FFD">
    <w:pPr>
      <w:rPr>
        <w:rFonts w:cs="Arial"/>
        <w:b/>
        <w:sz w:val="24"/>
        <w:szCs w:val="24"/>
      </w:rPr>
    </w:pPr>
    <w:r w:rsidRPr="00A4439B">
      <w:rPr>
        <w:rFonts w:cs="Arial"/>
        <w:b/>
        <w:sz w:val="24"/>
        <w:szCs w:val="24"/>
      </w:rPr>
      <w:t>KEPOLISIAN NEGARA REPUBLIK INDONESIA</w:t>
    </w:r>
    <w:r w:rsidRPr="00A4439B">
      <w:rPr>
        <w:rFonts w:cs="Arial"/>
        <w:b/>
        <w:sz w:val="24"/>
        <w:szCs w:val="24"/>
      </w:rPr>
      <w:br/>
    </w:r>
    <w:r>
      <w:rPr>
        <w:rFonts w:cs="Arial"/>
        <w:b/>
        <w:sz w:val="24"/>
        <w:szCs w:val="24"/>
      </w:rPr>
      <w:t xml:space="preserve">           </w:t>
    </w:r>
    <w:r w:rsidRPr="00A4439B">
      <w:rPr>
        <w:rFonts w:cs="Arial"/>
        <w:b/>
        <w:sz w:val="24"/>
        <w:szCs w:val="24"/>
      </w:rPr>
      <w:t>DAERAH SUMATERA SELATAN</w:t>
    </w:r>
    <w:r w:rsidRPr="00A4439B">
      <w:rPr>
        <w:rFonts w:cs="Arial"/>
        <w:b/>
        <w:sz w:val="24"/>
        <w:szCs w:val="24"/>
      </w:rPr>
      <w:br/>
    </w:r>
    <w:r>
      <w:rPr>
        <w:rFonts w:cs="Arial"/>
        <w:b/>
        <w:sz w:val="24"/>
        <w:szCs w:val="24"/>
      </w:rPr>
      <w:t xml:space="preserve">                  </w:t>
    </w:r>
    <w:r w:rsidRPr="00A4439B">
      <w:rPr>
        <w:rFonts w:cs="Arial"/>
        <w:b/>
        <w:sz w:val="24"/>
        <w:szCs w:val="24"/>
      </w:rPr>
      <w:t>RESOR OGAN ILIR</w:t>
    </w:r>
  </w:p>
  <w:p w14:paraId="32A85AB6" w14:textId="77777777" w:rsidR="004D4FFD" w:rsidRDefault="004D4F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9555653">
    <w:abstractNumId w:val="8"/>
  </w:num>
  <w:num w:numId="2" w16cid:durableId="379787234">
    <w:abstractNumId w:val="6"/>
  </w:num>
  <w:num w:numId="3" w16cid:durableId="1517228388">
    <w:abstractNumId w:val="5"/>
  </w:num>
  <w:num w:numId="4" w16cid:durableId="606887671">
    <w:abstractNumId w:val="4"/>
  </w:num>
  <w:num w:numId="5" w16cid:durableId="841160414">
    <w:abstractNumId w:val="7"/>
  </w:num>
  <w:num w:numId="6" w16cid:durableId="268903065">
    <w:abstractNumId w:val="3"/>
  </w:num>
  <w:num w:numId="7" w16cid:durableId="1832405436">
    <w:abstractNumId w:val="2"/>
  </w:num>
  <w:num w:numId="8" w16cid:durableId="1611089530">
    <w:abstractNumId w:val="1"/>
  </w:num>
  <w:num w:numId="9" w16cid:durableId="1964844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2CA6"/>
    <w:rsid w:val="00365C55"/>
    <w:rsid w:val="004D4FFD"/>
    <w:rsid w:val="005D60D5"/>
    <w:rsid w:val="00A4439B"/>
    <w:rsid w:val="00AA1D8D"/>
    <w:rsid w:val="00B449B1"/>
    <w:rsid w:val="00B47730"/>
    <w:rsid w:val="00CB0664"/>
    <w:rsid w:val="00D827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BDE94C"/>
  <w14:defaultImageDpi w14:val="300"/>
  <w15:docId w15:val="{CE928816-F5F8-4DC9-A330-34F0B65F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cp:lastPrinted>2026-10-13T01:13:00Z</cp:lastPrinted>
  <dcterms:created xsi:type="dcterms:W3CDTF">2013-12-23T23:15:00Z</dcterms:created>
  <dcterms:modified xsi:type="dcterms:W3CDTF">2026-10-13T01:14:00Z</dcterms:modified>
  <cp:category/>
</cp:coreProperties>
</file>